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986"/>
        <w:gridCol w:w="4986"/>
      </w:tblGrid>
      <w:tr w:rsidR="003543F7" w14:paraId="03A267FB" w14:textId="77777777">
        <w:trPr>
          <w:jc w:val="center"/>
        </w:trPr>
        <w:tc>
          <w:tcPr>
            <w:tcW w:w="498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48F7677" w14:textId="77777777" w:rsidR="003543F7" w:rsidRDefault="00000000">
            <w:pPr>
              <w:jc w:val="center"/>
              <w:rPr>
                <w:rFonts w:hint="eastAsia"/>
              </w:rPr>
            </w:pPr>
            <w:r>
              <w:rPr>
                <w:noProof/>
              </w:rPr>
              <w:drawing>
                <wp:inline distT="0" distB="0" distL="0" distR="0" wp14:anchorId="3B66545B" wp14:editId="5FBEF86E">
                  <wp:extent cx="756000" cy="99736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00" cy="997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8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EC094B6" w14:textId="77777777" w:rsidR="003543F7" w:rsidRDefault="00000000">
            <w:pPr>
              <w:jc w:val="center"/>
              <w:rPr>
                <w:rFonts w:hint="eastAsia"/>
              </w:rPr>
            </w:pPr>
            <w:r>
              <w:rPr>
                <w:b/>
                <w:color w:val="1F4E79"/>
                <w:sz w:val="30"/>
              </w:rPr>
              <w:t>COMUNE DI CASTELLETTO MONFERRATO</w:t>
            </w:r>
          </w:p>
          <w:p w14:paraId="6D15F004" w14:textId="77777777" w:rsidR="003543F7" w:rsidRDefault="00000000">
            <w:pPr>
              <w:jc w:val="center"/>
              <w:rPr>
                <w:rFonts w:hint="eastAsia"/>
              </w:rPr>
            </w:pPr>
            <w:r>
              <w:rPr>
                <w:b/>
              </w:rPr>
              <w:t>Provincia di Alessandria - Regione Piemonte</w:t>
            </w:r>
          </w:p>
          <w:p w14:paraId="7DA5CADA" w14:textId="77777777" w:rsidR="003543F7" w:rsidRDefault="00000000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Piazza Astori n. 1 - 15040 Castelletto Monferrato (AL)  |  C.F./P.IVA 00433950060</w:t>
            </w:r>
          </w:p>
          <w:p w14:paraId="5C6401B5" w14:textId="77777777" w:rsidR="003543F7" w:rsidRDefault="00000000">
            <w:pPr>
              <w:jc w:val="center"/>
              <w:rPr>
                <w:rFonts w:hint="eastAsia"/>
              </w:rPr>
            </w:pPr>
            <w:r>
              <w:rPr>
                <w:sz w:val="17"/>
              </w:rPr>
              <w:t>Tel. 0131 233165 - 0131 238272</w:t>
            </w:r>
          </w:p>
        </w:tc>
      </w:tr>
    </w:tbl>
    <w:p w14:paraId="087BB8E4" w14:textId="77777777" w:rsidR="003543F7" w:rsidRDefault="003543F7">
      <w:pPr>
        <w:spacing w:after="0"/>
        <w:rPr>
          <w:rFonts w:hint="eastAsia"/>
        </w:rPr>
      </w:pPr>
    </w:p>
    <w:p w14:paraId="0D70B8DB" w14:textId="77777777" w:rsidR="003543F7" w:rsidRDefault="00000000">
      <w:pPr>
        <w:pStyle w:val="Titolo"/>
        <w:jc w:val="center"/>
      </w:pPr>
      <w:r>
        <w:t>RICHIESTA DI MENU ALTERNATIVO</w:t>
      </w:r>
    </w:p>
    <w:p w14:paraId="38705B9D" w14:textId="77777777" w:rsidR="003543F7" w:rsidRDefault="00000000">
      <w:pPr>
        <w:spacing w:after="200"/>
        <w:jc w:val="center"/>
        <w:rPr>
          <w:rFonts w:hint="eastAsia"/>
        </w:rPr>
      </w:pPr>
      <w:r>
        <w:rPr>
          <w:b/>
          <w:color w:val="A61B1B"/>
          <w:sz w:val="22"/>
        </w:rPr>
        <w:t>Motivi etici o religiosi - A.S. 2026/2027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972"/>
      </w:tblGrid>
      <w:tr w:rsidR="003543F7" w14:paraId="023A6206" w14:textId="77777777" w:rsidTr="00B84902">
        <w:tc>
          <w:tcPr>
            <w:tcW w:w="9972" w:type="dxa"/>
            <w:shd w:val="clear" w:color="auto" w:fill="FFF2CC"/>
            <w:tcMar>
              <w:top w:w="140" w:type="dxa"/>
              <w:left w:w="180" w:type="dxa"/>
              <w:bottom w:w="140" w:type="dxa"/>
              <w:right w:w="180" w:type="dxa"/>
            </w:tcMar>
          </w:tcPr>
          <w:p w14:paraId="49775666" w14:textId="77777777" w:rsidR="003543F7" w:rsidRDefault="00000000">
            <w:pPr>
              <w:spacing w:after="0"/>
              <w:rPr>
                <w:rFonts w:hint="eastAsia"/>
              </w:rPr>
            </w:pPr>
            <w:r>
              <w:rPr>
                <w:b/>
              </w:rPr>
              <w:t>Da compilare e allegare alla domanda SIMEAL. Questo modulo NON deve essere utilizzato per allergie, intolleranze o altre esigenze sanitarie.</w:t>
            </w:r>
          </w:p>
        </w:tc>
      </w:tr>
    </w:tbl>
    <w:p w14:paraId="14CF20ED" w14:textId="77777777" w:rsidR="003543F7" w:rsidRDefault="003543F7">
      <w:pPr>
        <w:spacing w:after="0"/>
        <w:rPr>
          <w:rFonts w:hint="eastAsia"/>
        </w:rPr>
      </w:pPr>
    </w:p>
    <w:p w14:paraId="692EE609" w14:textId="7EEE3046" w:rsidR="003543F7" w:rsidRDefault="00000000">
      <w:pPr>
        <w:rPr>
          <w:rFonts w:hint="eastAsia"/>
        </w:rPr>
      </w:pPr>
      <w:proofErr w:type="spellStart"/>
      <w:r>
        <w:rPr>
          <w:b/>
        </w:rPr>
        <w:t>Alunno</w:t>
      </w:r>
      <w:proofErr w:type="spellEnd"/>
      <w:r>
        <w:rPr>
          <w:b/>
        </w:rPr>
        <w:t xml:space="preserve">/a: </w:t>
      </w:r>
      <w:r w:rsidR="00B84902">
        <w:rPr>
          <w:b/>
        </w:rPr>
        <w:tab/>
      </w:r>
      <w:r>
        <w:t>____________________________________________________________</w:t>
      </w:r>
    </w:p>
    <w:p w14:paraId="473BD21E" w14:textId="12BEE64B" w:rsidR="003543F7" w:rsidRDefault="00000000">
      <w:pPr>
        <w:rPr>
          <w:rFonts w:hint="eastAsia"/>
        </w:rPr>
      </w:pPr>
      <w:r>
        <w:rPr>
          <w:b/>
        </w:rPr>
        <w:t xml:space="preserve">Data di </w:t>
      </w:r>
      <w:proofErr w:type="spellStart"/>
      <w:r>
        <w:rPr>
          <w:b/>
        </w:rPr>
        <w:t>nascita</w:t>
      </w:r>
      <w:proofErr w:type="spellEnd"/>
      <w:r>
        <w:rPr>
          <w:b/>
        </w:rPr>
        <w:t xml:space="preserve">: </w:t>
      </w:r>
      <w:r w:rsidR="00B84902">
        <w:rPr>
          <w:b/>
        </w:rPr>
        <w:tab/>
      </w:r>
      <w:r>
        <w:t>____________________________</w:t>
      </w:r>
    </w:p>
    <w:p w14:paraId="5CF8A37C" w14:textId="421A11A8" w:rsidR="003543F7" w:rsidRDefault="00000000">
      <w:pPr>
        <w:rPr>
          <w:rFonts w:hint="eastAsia"/>
        </w:rPr>
      </w:pPr>
      <w:proofErr w:type="spellStart"/>
      <w:r>
        <w:rPr>
          <w:b/>
        </w:rPr>
        <w:t>Scuola</w:t>
      </w:r>
      <w:proofErr w:type="spellEnd"/>
      <w:r>
        <w:rPr>
          <w:b/>
        </w:rPr>
        <w:t xml:space="preserve">: </w:t>
      </w:r>
      <w:r w:rsidR="00B84902">
        <w:rPr>
          <w:b/>
        </w:rPr>
        <w:tab/>
      </w:r>
      <w:r w:rsidR="00B84902">
        <w:rPr>
          <w:b/>
        </w:rPr>
        <w:tab/>
      </w:r>
      <w:r>
        <w:t>____________________________________________________________</w:t>
      </w:r>
    </w:p>
    <w:p w14:paraId="49A4BD0A" w14:textId="6ECA5BFF" w:rsidR="003543F7" w:rsidRDefault="00000000">
      <w:pPr>
        <w:rPr>
          <w:rFonts w:hint="eastAsia"/>
        </w:rPr>
      </w:pPr>
      <w:r>
        <w:rPr>
          <w:b/>
        </w:rPr>
        <w:t xml:space="preserve">Classe / </w:t>
      </w:r>
      <w:proofErr w:type="spellStart"/>
      <w:r>
        <w:rPr>
          <w:b/>
        </w:rPr>
        <w:t>sezione</w:t>
      </w:r>
      <w:proofErr w:type="spellEnd"/>
      <w:r>
        <w:rPr>
          <w:b/>
        </w:rPr>
        <w:t xml:space="preserve">: </w:t>
      </w:r>
      <w:r>
        <w:t>____________________________</w:t>
      </w:r>
    </w:p>
    <w:p w14:paraId="4FF4FF2D" w14:textId="77777777" w:rsidR="003543F7" w:rsidRDefault="00000000">
      <w:pPr>
        <w:rPr>
          <w:rFonts w:hint="eastAsia"/>
        </w:rPr>
      </w:pPr>
      <w:proofErr w:type="spellStart"/>
      <w:r>
        <w:rPr>
          <w:b/>
        </w:rPr>
        <w:t>Genitore</w:t>
      </w:r>
      <w:proofErr w:type="spellEnd"/>
      <w:r>
        <w:rPr>
          <w:b/>
        </w:rPr>
        <w:t xml:space="preserve"> / </w:t>
      </w:r>
      <w:proofErr w:type="spellStart"/>
      <w:r>
        <w:rPr>
          <w:b/>
        </w:rPr>
        <w:t>tutore</w:t>
      </w:r>
      <w:proofErr w:type="spellEnd"/>
      <w:r>
        <w:rPr>
          <w:b/>
        </w:rPr>
        <w:t xml:space="preserve">: </w:t>
      </w:r>
      <w:r>
        <w:t>____________________________________________________________</w:t>
      </w:r>
    </w:p>
    <w:p w14:paraId="04EE3353" w14:textId="170DCF8A" w:rsidR="003543F7" w:rsidRDefault="00000000">
      <w:pPr>
        <w:rPr>
          <w:rFonts w:hint="eastAsia"/>
        </w:rPr>
      </w:pPr>
      <w:proofErr w:type="spellStart"/>
      <w:r>
        <w:rPr>
          <w:b/>
        </w:rPr>
        <w:t>Telefono</w:t>
      </w:r>
      <w:proofErr w:type="spellEnd"/>
      <w:r>
        <w:rPr>
          <w:b/>
        </w:rPr>
        <w:t xml:space="preserve">: </w:t>
      </w:r>
      <w:r w:rsidR="00B84902">
        <w:rPr>
          <w:b/>
        </w:rPr>
        <w:tab/>
      </w:r>
      <w:r>
        <w:t>____________________________</w:t>
      </w:r>
    </w:p>
    <w:p w14:paraId="41339FB0" w14:textId="29D8D960" w:rsidR="003543F7" w:rsidRDefault="00000000">
      <w:pPr>
        <w:rPr>
          <w:rFonts w:hint="eastAsia"/>
        </w:rPr>
      </w:pPr>
      <w:r>
        <w:rPr>
          <w:b/>
        </w:rPr>
        <w:t xml:space="preserve">E-mail: </w:t>
      </w:r>
      <w:r w:rsidR="00B84902">
        <w:rPr>
          <w:b/>
        </w:rPr>
        <w:tab/>
      </w:r>
      <w:r w:rsidR="00B84902">
        <w:rPr>
          <w:b/>
        </w:rPr>
        <w:tab/>
      </w:r>
      <w:r>
        <w:t>____________________________________________________________</w:t>
      </w:r>
    </w:p>
    <w:p w14:paraId="7482070A" w14:textId="77777777" w:rsidR="003543F7" w:rsidRDefault="00000000">
      <w:pPr>
        <w:pStyle w:val="Titolo2"/>
      </w:pPr>
      <w:r>
        <w:t>TIPO DI MENU RICHIESTO</w:t>
      </w:r>
    </w:p>
    <w:p w14:paraId="3B54FE3F" w14:textId="77777777" w:rsidR="003543F7" w:rsidRDefault="00000000">
      <w:pPr>
        <w:ind w:left="227"/>
        <w:rPr>
          <w:rFonts w:hint="eastAsia"/>
        </w:rPr>
      </w:pPr>
      <w:r>
        <w:rPr>
          <w:sz w:val="22"/>
        </w:rPr>
        <w:t>☐ Senza carne</w:t>
      </w:r>
    </w:p>
    <w:p w14:paraId="46AA9B37" w14:textId="77777777" w:rsidR="003543F7" w:rsidRDefault="00000000">
      <w:pPr>
        <w:ind w:left="227"/>
        <w:rPr>
          <w:rFonts w:hint="eastAsia"/>
        </w:rPr>
      </w:pPr>
      <w:r>
        <w:rPr>
          <w:sz w:val="22"/>
        </w:rPr>
        <w:t>☐ Senza carne e pesce</w:t>
      </w:r>
    </w:p>
    <w:p w14:paraId="1A116F24" w14:textId="77777777" w:rsidR="003543F7" w:rsidRDefault="00000000">
      <w:pPr>
        <w:ind w:left="227"/>
        <w:rPr>
          <w:rFonts w:hint="eastAsia"/>
        </w:rPr>
      </w:pPr>
      <w:r>
        <w:rPr>
          <w:sz w:val="22"/>
        </w:rPr>
        <w:t>☐ Senza carne di maiale</w:t>
      </w:r>
    </w:p>
    <w:p w14:paraId="29E1699B" w14:textId="77777777" w:rsidR="003543F7" w:rsidRDefault="00000000">
      <w:pPr>
        <w:ind w:left="227"/>
        <w:rPr>
          <w:rFonts w:hint="eastAsia"/>
        </w:rPr>
      </w:pPr>
      <w:r>
        <w:rPr>
          <w:sz w:val="22"/>
        </w:rPr>
        <w:t>☐ Senza carne bovina</w:t>
      </w:r>
    </w:p>
    <w:p w14:paraId="479D3B9F" w14:textId="77777777" w:rsidR="003543F7" w:rsidRDefault="00000000">
      <w:pPr>
        <w:ind w:left="227"/>
        <w:rPr>
          <w:rFonts w:hint="eastAsia"/>
        </w:rPr>
      </w:pPr>
      <w:r>
        <w:rPr>
          <w:sz w:val="22"/>
        </w:rPr>
        <w:t>☐ Altro: ______________________________________________________________________</w:t>
      </w:r>
    </w:p>
    <w:p w14:paraId="76051435" w14:textId="77777777" w:rsidR="003543F7" w:rsidRDefault="00000000">
      <w:pPr>
        <w:pStyle w:val="Titolo2"/>
      </w:pPr>
      <w:r>
        <w:t>DICHIARAZIONE</w:t>
      </w:r>
    </w:p>
    <w:p w14:paraId="3BE5201A" w14:textId="77777777" w:rsidR="003543F7" w:rsidRDefault="00000000" w:rsidP="00B84902">
      <w:pPr>
        <w:jc w:val="both"/>
        <w:rPr>
          <w:rFonts w:hint="eastAsia"/>
        </w:rPr>
      </w:pPr>
      <w:r>
        <w:t>Il/La sottoscritto/a, in qualita di genitore o tutore dell’alunno/a sopra indicato/a, chiede l’applicazione del menu alternativo selezionato per motivi etici o religiosi. Dichiara che la presente richiesta non è formulata per motivi sanitari.</w:t>
      </w:r>
    </w:p>
    <w:p w14:paraId="600D602F" w14:textId="77777777" w:rsidR="003543F7" w:rsidRDefault="00000000" w:rsidP="00B84902">
      <w:pPr>
        <w:jc w:val="both"/>
        <w:rPr>
          <w:rFonts w:hint="eastAsia"/>
        </w:rPr>
      </w:pPr>
      <w:r>
        <w:t>La richiesta si intende valida per l’anno scolastico 2026/2027, salvo successiva revoca o modifica comunicata al Comune. L’effettiva articolazione del menu è subordinata all’organizzazione del servizio di ristorazione e alle soluzioni dietetiche disponibili.</w:t>
      </w:r>
    </w:p>
    <w:p w14:paraId="7C2FC3A3" w14:textId="77777777" w:rsidR="003543F7" w:rsidRDefault="00000000">
      <w:pPr>
        <w:pStyle w:val="Titolo2"/>
      </w:pPr>
      <w:r>
        <w:t>IN CASO DI ESIGENZE SANITARIE</w:t>
      </w:r>
    </w:p>
    <w:p w14:paraId="4F7138E1" w14:textId="77777777" w:rsidR="003543F7" w:rsidRDefault="00000000" w:rsidP="00B84902">
      <w:pPr>
        <w:jc w:val="both"/>
        <w:rPr>
          <w:rFonts w:hint="eastAsia"/>
        </w:rPr>
      </w:pPr>
      <w:r>
        <w:t>Per allergie, intolleranze o patologie va utilizzata la modulistica sanitaria ufficiale della Regione Piemonte, corredata dalla certificazione medica prevista. Le istruzioni sono allegate al pacchetto iscrizioni.</w:t>
      </w:r>
    </w:p>
    <w:p w14:paraId="459FE289" w14:textId="77777777" w:rsidR="003543F7" w:rsidRDefault="00000000" w:rsidP="00B84902">
      <w:pPr>
        <w:pStyle w:val="Smallnote"/>
        <w:jc w:val="both"/>
      </w:pPr>
      <w:r>
        <w:rPr>
          <w:b/>
        </w:rPr>
        <w:t xml:space="preserve">Privacy: </w:t>
      </w:r>
      <w:r>
        <w:t xml:space="preserve">i dati sono trattati per la gestione del servizio di ristorazione scolastica e, nei limiti necessari, comunicati al gestore del servizio. Per l’informativa completa si rinvia al portale SIMEAL e al </w:t>
      </w:r>
      <w:proofErr w:type="spellStart"/>
      <w:r>
        <w:t>sito</w:t>
      </w:r>
      <w:proofErr w:type="spellEnd"/>
      <w:r>
        <w:t xml:space="preserve"> </w:t>
      </w:r>
      <w:proofErr w:type="spellStart"/>
      <w:r>
        <w:t>istituzionale</w:t>
      </w:r>
      <w:proofErr w:type="spellEnd"/>
      <w:r>
        <w:t xml:space="preserve"> del Comune.</w:t>
      </w:r>
    </w:p>
    <w:p w14:paraId="58FF3011" w14:textId="77777777" w:rsidR="00B84902" w:rsidRDefault="00B84902" w:rsidP="00B84902">
      <w:pPr>
        <w:pStyle w:val="Smallnote"/>
        <w:jc w:val="both"/>
        <w:rPr>
          <w:rFonts w:hint="eastAsia"/>
        </w:rPr>
      </w:pPr>
    </w:p>
    <w:p w14:paraId="21C27099" w14:textId="77777777" w:rsidR="003543F7" w:rsidRDefault="00000000">
      <w:pPr>
        <w:spacing w:before="160"/>
        <w:rPr>
          <w:rFonts w:hint="eastAsia"/>
        </w:rPr>
      </w:pPr>
      <w:r>
        <w:t>Data ____________________      Firma del genitore/tutore __________________________________</w:t>
      </w:r>
    </w:p>
    <w:sectPr w:rsidR="003543F7" w:rsidSect="00034616">
      <w:footerReference w:type="default" r:id="rId9"/>
      <w:pgSz w:w="12240" w:h="15840"/>
      <w:pgMar w:top="624" w:right="1134" w:bottom="624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939419" w14:textId="77777777" w:rsidR="00666AAD" w:rsidRDefault="00666AAD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7A5D13B3" w14:textId="77777777" w:rsidR="00666AAD" w:rsidRDefault="00666AAD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8F068" w14:textId="77777777" w:rsidR="003543F7" w:rsidRDefault="00000000">
    <w:pPr>
      <w:pStyle w:val="Pidipagina"/>
      <w:jc w:val="center"/>
      <w:rPr>
        <w:rFonts w:hint="eastAsia"/>
      </w:rPr>
    </w:pPr>
    <w:r>
      <w:rPr>
        <w:color w:val="6E6E6E"/>
        <w:sz w:val="16"/>
      </w:rPr>
      <w:t xml:space="preserve">Comune di Castelletto Monferrato - Servizi </w:t>
    </w:r>
    <w:proofErr w:type="spellStart"/>
    <w:r>
      <w:rPr>
        <w:color w:val="6E6E6E"/>
        <w:sz w:val="16"/>
      </w:rPr>
      <w:t>scolastici</w:t>
    </w:r>
    <w:proofErr w:type="spellEnd"/>
    <w:r>
      <w:rPr>
        <w:color w:val="6E6E6E"/>
        <w:sz w:val="16"/>
      </w:rPr>
      <w:t xml:space="preserve"> - A.S. 2026/2027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3CBE8B" w14:textId="77777777" w:rsidR="00666AAD" w:rsidRDefault="00666AAD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9664152" w14:textId="77777777" w:rsidR="00666AAD" w:rsidRDefault="00666AAD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86579327">
    <w:abstractNumId w:val="8"/>
  </w:num>
  <w:num w:numId="2" w16cid:durableId="733116600">
    <w:abstractNumId w:val="6"/>
  </w:num>
  <w:num w:numId="3" w16cid:durableId="1091244635">
    <w:abstractNumId w:val="5"/>
  </w:num>
  <w:num w:numId="4" w16cid:durableId="1911692458">
    <w:abstractNumId w:val="4"/>
  </w:num>
  <w:num w:numId="5" w16cid:durableId="806510357">
    <w:abstractNumId w:val="7"/>
  </w:num>
  <w:num w:numId="6" w16cid:durableId="559902017">
    <w:abstractNumId w:val="3"/>
  </w:num>
  <w:num w:numId="7" w16cid:durableId="1831478472">
    <w:abstractNumId w:val="2"/>
  </w:num>
  <w:num w:numId="8" w16cid:durableId="84152010">
    <w:abstractNumId w:val="1"/>
  </w:num>
  <w:num w:numId="9" w16cid:durableId="16684391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74AA4"/>
    <w:rsid w:val="0029639D"/>
    <w:rsid w:val="00326F90"/>
    <w:rsid w:val="003543F7"/>
    <w:rsid w:val="00666AAD"/>
    <w:rsid w:val="00AA1D8D"/>
    <w:rsid w:val="00B47730"/>
    <w:rsid w:val="00B8490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11A9ED"/>
  <w14:defaultImageDpi w14:val="300"/>
  <w15:docId w15:val="{7A8D2110-E660-47FD-B78F-63351C652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60" w:line="252" w:lineRule="auto"/>
    </w:pPr>
    <w:rPr>
      <w:rFonts w:ascii="Aptos" w:hAnsi="Aptos"/>
      <w:color w:val="222222"/>
      <w:sz w:val="19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160" w:after="100"/>
      <w:outlineLvl w:val="0"/>
    </w:pPr>
    <w:rPr>
      <w:rFonts w:asciiTheme="majorHAnsi" w:eastAsiaTheme="majorEastAsia" w:hAnsiTheme="majorHAnsi" w:cstheme="majorBidi"/>
      <w:b/>
      <w:bCs/>
      <w:color w:val="1F4E79"/>
      <w:sz w:val="26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160" w:after="100"/>
      <w:outlineLvl w:val="1"/>
    </w:pPr>
    <w:rPr>
      <w:rFonts w:asciiTheme="majorHAnsi" w:eastAsiaTheme="majorEastAsia" w:hAnsiTheme="majorHAnsi" w:cstheme="majorBidi"/>
      <w:b/>
      <w:bCs/>
      <w:color w:val="A61B1B"/>
      <w:sz w:val="23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spacing w:before="160" w:after="100" w:line="240" w:lineRule="auto"/>
      <w:contextualSpacing/>
    </w:pPr>
    <w:rPr>
      <w:rFonts w:asciiTheme="majorHAnsi" w:eastAsiaTheme="majorEastAsia" w:hAnsiTheme="majorHAnsi" w:cstheme="majorBidi"/>
      <w:b/>
      <w:color w:val="1F4E79"/>
      <w:spacing w:val="5"/>
      <w:kern w:val="28"/>
      <w:sz w:val="34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Smallnote">
    <w:name w:val="Small note"/>
    <w:pPr>
      <w:spacing w:after="80"/>
    </w:pPr>
    <w:rPr>
      <w:rFonts w:ascii="Aptos" w:hAnsi="Aptos"/>
      <w:color w:val="50505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2107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Ufficio Ragioneria</cp:lastModifiedBy>
  <cp:revision>2</cp:revision>
  <dcterms:created xsi:type="dcterms:W3CDTF">2013-12-23T23:15:00Z</dcterms:created>
  <dcterms:modified xsi:type="dcterms:W3CDTF">2026-09-11T13:39:00Z</dcterms:modified>
  <cp:category/>
</cp:coreProperties>
</file>